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E22D7" w14:textId="77777777" w:rsidR="008350FA" w:rsidRDefault="005A06A3">
      <w:pPr>
        <w:jc w:val="center"/>
      </w:pPr>
      <w:r>
        <w:rPr>
          <w:b/>
          <w:sz w:val="28"/>
        </w:rPr>
        <w:t>DAFTAR INFORMASI YANG DIKECUALIKAN</w:t>
      </w:r>
    </w:p>
    <w:p w14:paraId="230777F7" w14:textId="2E4D64A8" w:rsidR="008350FA" w:rsidRDefault="005A06A3" w:rsidP="002F59FA">
      <w:pPr>
        <w:jc w:val="center"/>
      </w:pPr>
      <w:r>
        <w:rPr>
          <w:b/>
          <w:sz w:val="24"/>
        </w:rPr>
        <w:t>POLITEKNIK KESEHATAN KEMENKES BANTEN TAHUN 2026</w:t>
      </w:r>
    </w:p>
    <w:tbl>
      <w:tblPr>
        <w:tblW w:w="13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948"/>
        <w:gridCol w:w="2592"/>
        <w:gridCol w:w="3096"/>
        <w:gridCol w:w="2775"/>
        <w:gridCol w:w="2238"/>
      </w:tblGrid>
      <w:tr w:rsidR="008350FA" w14:paraId="2BBAFC53" w14:textId="77777777" w:rsidTr="002F59FA">
        <w:trPr>
          <w:trHeight w:val="649"/>
          <w:tblHeader/>
          <w:jc w:val="center"/>
        </w:trPr>
        <w:tc>
          <w:tcPr>
            <w:tcW w:w="54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920469" w14:textId="77777777" w:rsidR="008350FA" w:rsidRPr="002F59FA" w:rsidRDefault="005A06A3" w:rsidP="002F59FA">
            <w:pPr>
              <w:jc w:val="center"/>
              <w:rPr>
                <w:sz w:val="20"/>
                <w:szCs w:val="20"/>
              </w:rPr>
            </w:pPr>
            <w:r w:rsidRPr="002F59FA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194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02D80" w14:textId="77777777" w:rsidR="008350FA" w:rsidRPr="002F59FA" w:rsidRDefault="005A06A3" w:rsidP="002F59FA">
            <w:pPr>
              <w:jc w:val="center"/>
              <w:rPr>
                <w:sz w:val="20"/>
                <w:szCs w:val="20"/>
              </w:rPr>
            </w:pPr>
            <w:proofErr w:type="spellStart"/>
            <w:r w:rsidRPr="002F59FA">
              <w:rPr>
                <w:b/>
                <w:sz w:val="20"/>
                <w:szCs w:val="20"/>
              </w:rPr>
              <w:t>Informasi</w:t>
            </w:r>
            <w:proofErr w:type="spellEnd"/>
            <w:r w:rsidRPr="002F59FA">
              <w:rPr>
                <w:b/>
                <w:sz w:val="20"/>
                <w:szCs w:val="20"/>
              </w:rPr>
              <w:t xml:space="preserve"> yang </w:t>
            </w:r>
            <w:proofErr w:type="spellStart"/>
            <w:r w:rsidRPr="002F59FA">
              <w:rPr>
                <w:b/>
                <w:sz w:val="20"/>
                <w:szCs w:val="20"/>
              </w:rPr>
              <w:t>Dikecualikan</w:t>
            </w:r>
            <w:proofErr w:type="spellEnd"/>
          </w:p>
        </w:tc>
        <w:tc>
          <w:tcPr>
            <w:tcW w:w="259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9E5CFE" w14:textId="77777777" w:rsidR="008350FA" w:rsidRPr="002F59FA" w:rsidRDefault="005A06A3" w:rsidP="002F59FA">
            <w:pPr>
              <w:jc w:val="center"/>
              <w:rPr>
                <w:sz w:val="20"/>
                <w:szCs w:val="20"/>
              </w:rPr>
            </w:pPr>
            <w:r w:rsidRPr="002F59FA">
              <w:rPr>
                <w:b/>
                <w:sz w:val="20"/>
                <w:szCs w:val="20"/>
              </w:rPr>
              <w:t xml:space="preserve">Dasar Hukum </w:t>
            </w:r>
            <w:proofErr w:type="spellStart"/>
            <w:r w:rsidRPr="002F59FA">
              <w:rPr>
                <w:b/>
                <w:sz w:val="20"/>
                <w:szCs w:val="20"/>
              </w:rPr>
              <w:t>Pengecualian</w:t>
            </w:r>
            <w:proofErr w:type="spellEnd"/>
          </w:p>
        </w:tc>
        <w:tc>
          <w:tcPr>
            <w:tcW w:w="309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25FC7" w14:textId="630EE861" w:rsidR="008350FA" w:rsidRPr="002F59FA" w:rsidRDefault="005A06A3" w:rsidP="002F59FA">
            <w:pPr>
              <w:jc w:val="center"/>
              <w:rPr>
                <w:sz w:val="20"/>
                <w:szCs w:val="20"/>
              </w:rPr>
            </w:pPr>
            <w:proofErr w:type="spellStart"/>
            <w:r w:rsidRPr="002F59FA">
              <w:rPr>
                <w:b/>
                <w:sz w:val="20"/>
                <w:szCs w:val="20"/>
              </w:rPr>
              <w:t>Pertimbangan</w:t>
            </w:r>
            <w:proofErr w:type="spellEnd"/>
            <w:r w:rsidRPr="002F59FA">
              <w:rPr>
                <w:b/>
                <w:sz w:val="20"/>
                <w:szCs w:val="20"/>
              </w:rPr>
              <w:t xml:space="preserve"> Jika </w:t>
            </w:r>
            <w:proofErr w:type="spellStart"/>
            <w:r w:rsidRPr="002F59FA">
              <w:rPr>
                <w:b/>
                <w:sz w:val="20"/>
                <w:szCs w:val="20"/>
              </w:rPr>
              <w:t>Dibuka</w:t>
            </w:r>
            <w:proofErr w:type="spellEnd"/>
          </w:p>
        </w:tc>
        <w:tc>
          <w:tcPr>
            <w:tcW w:w="277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013786" w14:textId="77777777" w:rsidR="008350FA" w:rsidRPr="002F59FA" w:rsidRDefault="005A06A3" w:rsidP="002F59FA">
            <w:pPr>
              <w:jc w:val="center"/>
              <w:rPr>
                <w:sz w:val="20"/>
                <w:szCs w:val="20"/>
              </w:rPr>
            </w:pPr>
            <w:proofErr w:type="spellStart"/>
            <w:r w:rsidRPr="002F59FA">
              <w:rPr>
                <w:b/>
                <w:sz w:val="20"/>
                <w:szCs w:val="20"/>
              </w:rPr>
              <w:t>Pertimbangan</w:t>
            </w:r>
            <w:proofErr w:type="spellEnd"/>
            <w:r w:rsidRPr="002F59FA">
              <w:rPr>
                <w:b/>
                <w:sz w:val="20"/>
                <w:szCs w:val="20"/>
              </w:rPr>
              <w:t xml:space="preserve"> Jika </w:t>
            </w:r>
            <w:proofErr w:type="spellStart"/>
            <w:r w:rsidRPr="002F59FA">
              <w:rPr>
                <w:b/>
                <w:sz w:val="20"/>
                <w:szCs w:val="20"/>
              </w:rPr>
              <w:t>Ditutup</w:t>
            </w:r>
            <w:proofErr w:type="spellEnd"/>
          </w:p>
        </w:tc>
        <w:tc>
          <w:tcPr>
            <w:tcW w:w="223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BBEE8B" w14:textId="77777777" w:rsidR="008350FA" w:rsidRPr="002F59FA" w:rsidRDefault="005A06A3" w:rsidP="002F59FA">
            <w:pPr>
              <w:jc w:val="center"/>
              <w:rPr>
                <w:sz w:val="20"/>
                <w:szCs w:val="20"/>
              </w:rPr>
            </w:pPr>
            <w:proofErr w:type="spellStart"/>
            <w:r w:rsidRPr="002F59FA">
              <w:rPr>
                <w:b/>
                <w:sz w:val="20"/>
                <w:szCs w:val="20"/>
              </w:rPr>
              <w:t>Jangka</w:t>
            </w:r>
            <w:proofErr w:type="spellEnd"/>
            <w:r w:rsidRPr="002F59FA">
              <w:rPr>
                <w:b/>
                <w:sz w:val="20"/>
                <w:szCs w:val="20"/>
              </w:rPr>
              <w:t xml:space="preserve"> Waktu </w:t>
            </w:r>
            <w:proofErr w:type="spellStart"/>
            <w:r w:rsidRPr="002F59FA">
              <w:rPr>
                <w:b/>
                <w:sz w:val="20"/>
                <w:szCs w:val="20"/>
              </w:rPr>
              <w:t>Pengecualian</w:t>
            </w:r>
            <w:proofErr w:type="spellEnd"/>
          </w:p>
        </w:tc>
      </w:tr>
      <w:tr w:rsidR="008350FA" w14:paraId="7D146769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6ECDF9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1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E0B0C9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Data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mahasiswa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termasuk</w:t>
            </w:r>
            <w:proofErr w:type="spellEnd"/>
            <w:r w:rsidRPr="002F59FA">
              <w:rPr>
                <w:sz w:val="16"/>
                <w:szCs w:val="16"/>
              </w:rPr>
              <w:t xml:space="preserve"> NIK, </w:t>
            </w:r>
            <w:proofErr w:type="spellStart"/>
            <w:r w:rsidRPr="002F59FA">
              <w:rPr>
                <w:sz w:val="16"/>
                <w:szCs w:val="16"/>
              </w:rPr>
              <w:t>alamat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tempat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tinggal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nomor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telepon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, data </w:t>
            </w:r>
            <w:proofErr w:type="spellStart"/>
            <w:r w:rsidRPr="002F59FA">
              <w:rPr>
                <w:sz w:val="16"/>
                <w:szCs w:val="16"/>
              </w:rPr>
              <w:t>keluarga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dokumen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identitas</w:t>
            </w:r>
            <w:proofErr w:type="spellEnd"/>
            <w:r w:rsidRPr="002F59FA">
              <w:rPr>
                <w:sz w:val="16"/>
                <w:szCs w:val="16"/>
              </w:rPr>
              <w:t xml:space="preserve">, dan data </w:t>
            </w:r>
            <w:proofErr w:type="spellStart"/>
            <w:r w:rsidRPr="002F59FA">
              <w:rPr>
                <w:sz w:val="16"/>
                <w:szCs w:val="16"/>
              </w:rPr>
              <w:t>administratif</w:t>
            </w:r>
            <w:proofErr w:type="spellEnd"/>
            <w:r w:rsidRPr="002F59FA">
              <w:rPr>
                <w:sz w:val="16"/>
                <w:szCs w:val="16"/>
              </w:rPr>
              <w:t xml:space="preserve"> personal </w:t>
            </w:r>
            <w:proofErr w:type="spellStart"/>
            <w:r w:rsidRPr="002F59FA">
              <w:rPr>
                <w:sz w:val="16"/>
                <w:szCs w:val="16"/>
              </w:rPr>
              <w:t>lainnya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AD500" w14:textId="3C8549D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Angka 1 Dan 5 Serta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J;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4,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35, Dan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>36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A53DE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mengungkap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identitas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profil</w:t>
            </w:r>
            <w:proofErr w:type="spellEnd"/>
            <w:r w:rsidRPr="002F59FA">
              <w:rPr>
                <w:sz w:val="16"/>
                <w:szCs w:val="16"/>
              </w:rPr>
              <w:t xml:space="preserve"> personal </w:t>
            </w:r>
            <w:proofErr w:type="spellStart"/>
            <w:r w:rsidRPr="002F59FA">
              <w:rPr>
                <w:sz w:val="16"/>
                <w:szCs w:val="16"/>
              </w:rPr>
              <w:t>mahasiswa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kepada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pihak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tidak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berkepentingan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serta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meningkatkan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risiko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penyalahgunaan</w:t>
            </w:r>
            <w:proofErr w:type="spellEnd"/>
            <w:r w:rsidRPr="002F59FA">
              <w:rPr>
                <w:sz w:val="16"/>
                <w:szCs w:val="16"/>
              </w:rPr>
              <w:t xml:space="preserve"> data, profiling, </w:t>
            </w:r>
            <w:proofErr w:type="spellStart"/>
            <w:r w:rsidRPr="002F59FA">
              <w:rPr>
                <w:sz w:val="16"/>
                <w:szCs w:val="16"/>
              </w:rPr>
              <w:t>penipuan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gangguan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terhadap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privasi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7030A8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Melindungi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privasi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mahasiswa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memastikan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pemrosesan</w:t>
            </w:r>
            <w:proofErr w:type="spellEnd"/>
            <w:r w:rsidRPr="002F59FA">
              <w:rPr>
                <w:sz w:val="16"/>
                <w:szCs w:val="16"/>
              </w:rPr>
              <w:t xml:space="preserve"> data </w:t>
            </w:r>
            <w:proofErr w:type="spellStart"/>
            <w:r w:rsidRPr="002F59FA">
              <w:rPr>
                <w:sz w:val="16"/>
                <w:szCs w:val="16"/>
              </w:rPr>
              <w:t>hanya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dilakukan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untuk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tujuan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sah</w:t>
            </w:r>
            <w:proofErr w:type="spellEnd"/>
            <w:r w:rsidRPr="002F59FA">
              <w:rPr>
                <w:sz w:val="16"/>
                <w:szCs w:val="16"/>
              </w:rPr>
              <w:t xml:space="preserve"> oleh </w:t>
            </w:r>
            <w:proofErr w:type="spellStart"/>
            <w:r w:rsidRPr="002F59FA">
              <w:rPr>
                <w:sz w:val="16"/>
                <w:szCs w:val="16"/>
              </w:rPr>
              <w:t>pihak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berwenang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78209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perlindungan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rahasia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diperlukan</w:t>
            </w:r>
            <w:proofErr w:type="spellEnd"/>
            <w:r w:rsidRPr="002F59FA">
              <w:rPr>
                <w:sz w:val="16"/>
                <w:szCs w:val="16"/>
              </w:rPr>
              <w:t xml:space="preserve">; </w:t>
            </w: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dibuka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berdasarkan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persetujuan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tertulis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subjek</w:t>
            </w:r>
            <w:proofErr w:type="spellEnd"/>
            <w:r w:rsidRPr="002F59FA">
              <w:rPr>
                <w:sz w:val="16"/>
                <w:szCs w:val="16"/>
              </w:rPr>
              <w:t xml:space="preserve"> data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dasar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hukum</w:t>
            </w:r>
            <w:proofErr w:type="spellEnd"/>
            <w:r w:rsidRPr="002F59FA">
              <w:rPr>
                <w:sz w:val="16"/>
                <w:szCs w:val="16"/>
              </w:rPr>
              <w:t xml:space="preserve"> lain yang </w:t>
            </w:r>
            <w:proofErr w:type="spellStart"/>
            <w:r w:rsidRPr="002F59FA">
              <w:rPr>
                <w:sz w:val="16"/>
                <w:szCs w:val="16"/>
              </w:rPr>
              <w:t>sah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3E95DB9B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2D026AD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2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687451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Nilai, </w:t>
            </w:r>
            <w:proofErr w:type="spellStart"/>
            <w:r w:rsidRPr="002F59FA">
              <w:rPr>
                <w:sz w:val="16"/>
                <w:szCs w:val="16"/>
              </w:rPr>
              <w:t>transkrip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hasil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ujian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indeks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prestasi</w:t>
            </w:r>
            <w:proofErr w:type="spellEnd"/>
            <w:r w:rsidRPr="002F59FA">
              <w:rPr>
                <w:sz w:val="16"/>
                <w:szCs w:val="16"/>
              </w:rPr>
              <w:t xml:space="preserve">, dan </w:t>
            </w:r>
            <w:proofErr w:type="spellStart"/>
            <w:r w:rsidRPr="002F59FA">
              <w:rPr>
                <w:sz w:val="16"/>
                <w:szCs w:val="16"/>
              </w:rPr>
              <w:t>hasil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evaluasi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akademik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mahasiswa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</w:t>
            </w:r>
            <w:r w:rsidRPr="002F59FA">
              <w:rPr>
                <w:sz w:val="16"/>
                <w:szCs w:val="16"/>
              </w:rPr>
              <w:t>ecara</w:t>
            </w:r>
            <w:proofErr w:type="spellEnd"/>
            <w:r w:rsidRPr="002F59FA">
              <w:rPr>
                <w:sz w:val="16"/>
                <w:szCs w:val="16"/>
              </w:rPr>
              <w:t xml:space="preserve"> individual</w:t>
            </w:r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432D7B" w14:textId="1DC06E02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Angka 4 Dan 5;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>36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48A4C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mengungkap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capaian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akademik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hasil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evaluasi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kemampuan</w:t>
            </w:r>
            <w:proofErr w:type="spellEnd"/>
            <w:r w:rsidRPr="002F59FA">
              <w:rPr>
                <w:sz w:val="16"/>
                <w:szCs w:val="16"/>
              </w:rPr>
              <w:t xml:space="preserve"> individual yang </w:t>
            </w:r>
            <w:proofErr w:type="spellStart"/>
            <w:r w:rsidRPr="002F59FA">
              <w:rPr>
                <w:sz w:val="16"/>
                <w:szCs w:val="16"/>
              </w:rPr>
              <w:t>bukan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diperuntukkan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bagi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publik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serta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berpotensi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menimbulkan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kerugian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reputasional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AA4B71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Menjaga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kerah</w:t>
            </w:r>
            <w:r w:rsidRPr="002F59FA">
              <w:rPr>
                <w:sz w:val="16"/>
                <w:szCs w:val="16"/>
              </w:rPr>
              <w:t>asiaan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catatan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pendidikan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mahasiswa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atas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pengendalian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akademik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individualnya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1D215D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melekat</w:t>
            </w:r>
            <w:proofErr w:type="spellEnd"/>
            <w:r w:rsidRPr="002F59FA">
              <w:rPr>
                <w:sz w:val="16"/>
                <w:szCs w:val="16"/>
              </w:rPr>
              <w:t xml:space="preserve"> pada </w:t>
            </w:r>
            <w:proofErr w:type="spellStart"/>
            <w:r w:rsidRPr="002F59FA">
              <w:rPr>
                <w:sz w:val="16"/>
                <w:szCs w:val="16"/>
              </w:rPr>
              <w:t>individu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belum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persetujuan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tertulis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untuk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membukanya</w:t>
            </w:r>
            <w:proofErr w:type="spellEnd"/>
            <w:r w:rsidRPr="002F59FA">
              <w:rPr>
                <w:sz w:val="16"/>
                <w:szCs w:val="16"/>
              </w:rPr>
              <w:t xml:space="preserve">; data </w:t>
            </w:r>
            <w:proofErr w:type="spellStart"/>
            <w:r w:rsidRPr="002F59FA">
              <w:rPr>
                <w:sz w:val="16"/>
                <w:szCs w:val="16"/>
              </w:rPr>
              <w:t>agregat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statistik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dibuka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sepanjang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tidak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mengi</w:t>
            </w:r>
            <w:r w:rsidRPr="002F59FA">
              <w:rPr>
                <w:sz w:val="16"/>
                <w:szCs w:val="16"/>
              </w:rPr>
              <w:t>dentifikasi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individu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3C0B0B5C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1695AA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3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7851C0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Data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pegawai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termasuk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alamat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nomor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kontak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, data </w:t>
            </w:r>
            <w:proofErr w:type="spellStart"/>
            <w:r w:rsidRPr="002F59FA">
              <w:rPr>
                <w:sz w:val="16"/>
                <w:szCs w:val="16"/>
              </w:rPr>
              <w:t>keluarga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dokumen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identitas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serta</w:t>
            </w:r>
            <w:proofErr w:type="spellEnd"/>
            <w:r w:rsidRPr="002F59FA">
              <w:rPr>
                <w:sz w:val="16"/>
                <w:szCs w:val="16"/>
              </w:rPr>
              <w:t xml:space="preserve"> data </w:t>
            </w:r>
            <w:proofErr w:type="spellStart"/>
            <w:r w:rsidRPr="002F59FA">
              <w:rPr>
                <w:sz w:val="16"/>
                <w:szCs w:val="16"/>
              </w:rPr>
              <w:t>administratif</w:t>
            </w:r>
            <w:proofErr w:type="spellEnd"/>
            <w:r w:rsidRPr="002F59FA">
              <w:rPr>
                <w:sz w:val="16"/>
                <w:szCs w:val="16"/>
              </w:rPr>
              <w:t xml:space="preserve"> personal yang </w:t>
            </w:r>
            <w:proofErr w:type="spellStart"/>
            <w:r w:rsidRPr="002F59FA">
              <w:rPr>
                <w:sz w:val="16"/>
                <w:szCs w:val="16"/>
              </w:rPr>
              <w:t>tidak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wajib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diumumkan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E53F64" w14:textId="54AFAA8E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Angka 1 Dan 5 Serta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J;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4,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35, Dan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>36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DB6EB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membuka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identitas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personal </w:t>
            </w:r>
            <w:proofErr w:type="spellStart"/>
            <w:r w:rsidRPr="002F59FA">
              <w:rPr>
                <w:sz w:val="16"/>
                <w:szCs w:val="16"/>
              </w:rPr>
              <w:t>pegawai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kepada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pihak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tidak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berkepentingan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serta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menimbulkan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risiko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penyalahgunaan</w:t>
            </w:r>
            <w:proofErr w:type="spellEnd"/>
            <w:r w:rsidRPr="002F59FA">
              <w:rPr>
                <w:sz w:val="16"/>
                <w:szCs w:val="16"/>
              </w:rPr>
              <w:t xml:space="preserve"> data.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1F3C2D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Menjamin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perlindungan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privasi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pegawai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membatasi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penggunaan</w:t>
            </w:r>
            <w:proofErr w:type="spellEnd"/>
            <w:r w:rsidRPr="002F59FA">
              <w:rPr>
                <w:sz w:val="16"/>
                <w:szCs w:val="16"/>
              </w:rPr>
              <w:t xml:space="preserve"> data </w:t>
            </w:r>
            <w:proofErr w:type="spellStart"/>
            <w:r w:rsidRPr="002F59FA">
              <w:rPr>
                <w:sz w:val="16"/>
                <w:szCs w:val="16"/>
              </w:rPr>
              <w:t>sesuai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tujuan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kedinasan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sah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5445EB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perlindungan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rahasia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diperlukan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sampai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persetujuan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dasar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hukum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pembukaan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566DCE53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EBF8ABD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4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3A2D01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Data </w:t>
            </w:r>
            <w:proofErr w:type="spellStart"/>
            <w:r w:rsidRPr="002F59FA">
              <w:rPr>
                <w:sz w:val="16"/>
                <w:szCs w:val="16"/>
              </w:rPr>
              <w:t>kesehatan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hasil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kesehatan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hasil</w:t>
            </w:r>
            <w:proofErr w:type="spellEnd"/>
            <w:r w:rsidRPr="002F59FA">
              <w:rPr>
                <w:sz w:val="16"/>
                <w:szCs w:val="16"/>
              </w:rPr>
              <w:t xml:space="preserve"> medical check-up, dan </w:t>
            </w:r>
            <w:proofErr w:type="spellStart"/>
            <w:r w:rsidRPr="002F59FA">
              <w:rPr>
                <w:sz w:val="16"/>
                <w:szCs w:val="16"/>
              </w:rPr>
              <w:t>rekam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medis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mahasiswa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pegawai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pasien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pihak</w:t>
            </w:r>
            <w:proofErr w:type="spellEnd"/>
            <w:r w:rsidRPr="002F59FA">
              <w:rPr>
                <w:sz w:val="16"/>
                <w:szCs w:val="16"/>
              </w:rPr>
              <w:t xml:space="preserve"> lain </w:t>
            </w:r>
            <w:r w:rsidRPr="002F59FA">
              <w:rPr>
                <w:sz w:val="16"/>
                <w:szCs w:val="16"/>
              </w:rPr>
              <w:t xml:space="preserve">yang </w:t>
            </w:r>
            <w:proofErr w:type="spellStart"/>
            <w:r w:rsidRPr="002F59FA">
              <w:rPr>
                <w:sz w:val="16"/>
                <w:szCs w:val="16"/>
              </w:rPr>
              <w:t>dikuasai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Poltekkes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DD6FFC" w14:textId="3496F82D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Angka 2 Dan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J;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4 Ayat (2)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A,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35-36; </w:t>
            </w:r>
            <w:proofErr w:type="spellStart"/>
            <w:r w:rsidRPr="002F59FA">
              <w:rPr>
                <w:sz w:val="16"/>
                <w:szCs w:val="16"/>
              </w:rPr>
              <w:t>Permenkes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24/2022 </w:t>
            </w:r>
            <w:proofErr w:type="spellStart"/>
            <w:r w:rsidR="002F59FA" w:rsidRPr="002F59FA">
              <w:rPr>
                <w:sz w:val="16"/>
                <w:szCs w:val="16"/>
              </w:rPr>
              <w:t>Tentang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Rekam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Medis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, </w:t>
            </w:r>
            <w:proofErr w:type="spellStart"/>
            <w:r w:rsidR="002F59FA" w:rsidRPr="002F59FA">
              <w:rPr>
                <w:sz w:val="16"/>
                <w:szCs w:val="16"/>
              </w:rPr>
              <w:t>Khususnya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Ketentuan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Kerahasiaan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Rekam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Medis</w:t>
            </w:r>
            <w:proofErr w:type="spellEnd"/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1DCA3F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mengungkap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kondisi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fisik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psikis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riwayat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</w:t>
            </w:r>
            <w:r w:rsidRPr="002F59FA">
              <w:rPr>
                <w:sz w:val="16"/>
                <w:szCs w:val="16"/>
              </w:rPr>
              <w:t>yakit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hasil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, dan </w:t>
            </w:r>
            <w:proofErr w:type="spellStart"/>
            <w:r w:rsidRPr="002F59FA">
              <w:rPr>
                <w:sz w:val="16"/>
                <w:szCs w:val="16"/>
              </w:rPr>
              <w:t>pelayanan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kesehatan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bersifat</w:t>
            </w:r>
            <w:proofErr w:type="spellEnd"/>
            <w:r w:rsidRPr="002F59FA">
              <w:rPr>
                <w:sz w:val="16"/>
                <w:szCs w:val="16"/>
              </w:rPr>
              <w:t xml:space="preserve"> sangat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4B97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Menjaga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kerahasiaan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medis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martabat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subjek</w:t>
            </w:r>
            <w:proofErr w:type="spellEnd"/>
            <w:r w:rsidRPr="002F59FA">
              <w:rPr>
                <w:sz w:val="16"/>
                <w:szCs w:val="16"/>
              </w:rPr>
              <w:t xml:space="preserve"> data, dan </w:t>
            </w:r>
            <w:proofErr w:type="spellStart"/>
            <w:r w:rsidRPr="002F59FA">
              <w:rPr>
                <w:sz w:val="16"/>
                <w:szCs w:val="16"/>
              </w:rPr>
              <w:t>kepercayaan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terhadap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pelayanan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kesehatan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BD742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kewajiban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kerahasiaan</w:t>
            </w:r>
            <w:proofErr w:type="spellEnd"/>
            <w:r w:rsidRPr="002F59FA">
              <w:rPr>
                <w:sz w:val="16"/>
                <w:szCs w:val="16"/>
              </w:rPr>
              <w:t xml:space="preserve"> data </w:t>
            </w:r>
            <w:proofErr w:type="spellStart"/>
            <w:r w:rsidRPr="002F59FA">
              <w:rPr>
                <w:sz w:val="16"/>
                <w:szCs w:val="16"/>
              </w:rPr>
              <w:t>kesehatan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rekam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medis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berlaku</w:t>
            </w:r>
            <w:proofErr w:type="spellEnd"/>
            <w:r w:rsidRPr="002F59FA">
              <w:rPr>
                <w:sz w:val="16"/>
                <w:szCs w:val="16"/>
              </w:rPr>
              <w:t xml:space="preserve">; </w:t>
            </w:r>
            <w:proofErr w:type="spellStart"/>
            <w:r w:rsidRPr="002F59FA">
              <w:rPr>
                <w:sz w:val="16"/>
                <w:szCs w:val="16"/>
              </w:rPr>
              <w:t>pembukaan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mengik</w:t>
            </w:r>
            <w:r w:rsidRPr="002F59FA">
              <w:rPr>
                <w:sz w:val="16"/>
                <w:szCs w:val="16"/>
              </w:rPr>
              <w:t>uti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pengecualian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diatur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peraturan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kesehatan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2BC8E451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912DB4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5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932D4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Dokumen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konseling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asesmen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psikologis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hasil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psikotes</w:t>
            </w:r>
            <w:proofErr w:type="spellEnd"/>
            <w:r w:rsidRPr="002F59FA">
              <w:rPr>
                <w:sz w:val="16"/>
                <w:szCs w:val="16"/>
              </w:rPr>
              <w:t xml:space="preserve">, dan </w:t>
            </w:r>
            <w:proofErr w:type="spellStart"/>
            <w:r w:rsidRPr="002F59FA">
              <w:rPr>
                <w:sz w:val="16"/>
                <w:szCs w:val="16"/>
              </w:rPr>
              <w:lastRenderedPageBreak/>
              <w:t>catatan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pembinaan</w:t>
            </w:r>
            <w:proofErr w:type="spellEnd"/>
            <w:r w:rsidRPr="002F59FA">
              <w:rPr>
                <w:sz w:val="16"/>
                <w:szCs w:val="16"/>
              </w:rPr>
              <w:t xml:space="preserve"> individual </w:t>
            </w:r>
            <w:proofErr w:type="spellStart"/>
            <w:r w:rsidRPr="002F59FA">
              <w:rPr>
                <w:sz w:val="16"/>
                <w:szCs w:val="16"/>
              </w:rPr>
              <w:t>mahasiswa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pegawai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3CE34C" w14:textId="46726612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lastRenderedPageBreak/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Angka 2, 4, Dan/</w:t>
            </w:r>
            <w:proofErr w:type="spellStart"/>
            <w:r w:rsidR="002F59FA" w:rsidRPr="002F59FA">
              <w:rPr>
                <w:sz w:val="16"/>
                <w:szCs w:val="16"/>
              </w:rPr>
              <w:t>Atau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5;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lastRenderedPageBreak/>
              <w:t xml:space="preserve">27/2022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4 Dan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>36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8A0AA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lastRenderedPageBreak/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mengung</w:t>
            </w:r>
            <w:r w:rsidRPr="002F59FA">
              <w:rPr>
                <w:sz w:val="16"/>
                <w:szCs w:val="16"/>
              </w:rPr>
              <w:t>kap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kondisi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psikologis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kemampuan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masalah</w:t>
            </w:r>
            <w:proofErr w:type="spellEnd"/>
            <w:r w:rsidRPr="002F59FA">
              <w:rPr>
                <w:sz w:val="16"/>
                <w:szCs w:val="16"/>
              </w:rPr>
              <w:t xml:space="preserve"> personal,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sensitif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berpotensi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lastRenderedPageBreak/>
              <w:t>menimbulkan</w:t>
            </w:r>
            <w:proofErr w:type="spellEnd"/>
            <w:r w:rsidRPr="002F59FA">
              <w:rPr>
                <w:sz w:val="16"/>
                <w:szCs w:val="16"/>
              </w:rPr>
              <w:t xml:space="preserve"> stigma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diskriminasi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68939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lastRenderedPageBreak/>
              <w:t>Menjaga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ruang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aman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bagi</w:t>
            </w:r>
            <w:proofErr w:type="spellEnd"/>
            <w:r w:rsidRPr="002F59FA">
              <w:rPr>
                <w:sz w:val="16"/>
                <w:szCs w:val="16"/>
              </w:rPr>
              <w:t xml:space="preserve"> proses </w:t>
            </w:r>
            <w:proofErr w:type="spellStart"/>
            <w:r w:rsidRPr="002F59FA">
              <w:rPr>
                <w:sz w:val="16"/>
                <w:szCs w:val="16"/>
              </w:rPr>
              <w:t>konseling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asesmen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melindungi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lastRenderedPageBreak/>
              <w:t>privasi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individu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F2EF08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lastRenderedPageBreak/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tersebut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merupakan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</w:t>
            </w:r>
            <w:r w:rsidRPr="002F59FA">
              <w:rPr>
                <w:sz w:val="16"/>
                <w:szCs w:val="16"/>
              </w:rPr>
              <w:t>ahasia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kecuali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dibuka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lastRenderedPageBreak/>
              <w:t>berdasarkan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persetujuan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dasar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hukum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sah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4AFEFD96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EBCC2B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04782B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Data </w:t>
            </w:r>
            <w:proofErr w:type="spellStart"/>
            <w:r w:rsidRPr="002F59FA">
              <w:rPr>
                <w:sz w:val="16"/>
                <w:szCs w:val="16"/>
              </w:rPr>
              <w:t>keuangan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mahasiswa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pegawai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termasuk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nomor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rekening</w:t>
            </w:r>
            <w:proofErr w:type="spellEnd"/>
            <w:r w:rsidRPr="002F59FA">
              <w:rPr>
                <w:sz w:val="16"/>
                <w:szCs w:val="16"/>
              </w:rPr>
              <w:t xml:space="preserve">, data </w:t>
            </w:r>
            <w:proofErr w:type="spellStart"/>
            <w:r w:rsidRPr="002F59FA">
              <w:rPr>
                <w:sz w:val="16"/>
                <w:szCs w:val="16"/>
              </w:rPr>
              <w:t>pembayaran</w:t>
            </w:r>
            <w:proofErr w:type="spellEnd"/>
            <w:r w:rsidRPr="002F59FA">
              <w:rPr>
                <w:sz w:val="16"/>
                <w:szCs w:val="16"/>
              </w:rPr>
              <w:t xml:space="preserve"> personal, dan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finansial</w:t>
            </w:r>
            <w:proofErr w:type="spellEnd"/>
            <w:r w:rsidRPr="002F59FA">
              <w:rPr>
                <w:sz w:val="16"/>
                <w:szCs w:val="16"/>
              </w:rPr>
              <w:t xml:space="preserve"> individual </w:t>
            </w:r>
            <w:proofErr w:type="spellStart"/>
            <w:r w:rsidRPr="002F59FA">
              <w:rPr>
                <w:sz w:val="16"/>
                <w:szCs w:val="16"/>
              </w:rPr>
              <w:t>lainnya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82EEB3" w14:textId="48CE6DE0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Angka 3 Dan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J;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4 Ayat (2)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F Dan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>36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0C2438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membuka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profil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finansial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seseorang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meningkatkan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risiko</w:t>
            </w:r>
            <w:proofErr w:type="spellEnd"/>
            <w:r w:rsidRPr="002F59FA">
              <w:rPr>
                <w:sz w:val="16"/>
                <w:szCs w:val="16"/>
              </w:rPr>
              <w:t xml:space="preserve"> social engineering, </w:t>
            </w:r>
            <w:proofErr w:type="spellStart"/>
            <w:r w:rsidRPr="002F59FA">
              <w:rPr>
                <w:sz w:val="16"/>
                <w:szCs w:val="16"/>
              </w:rPr>
              <w:t>penipuan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penyalahgunaan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rekening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D62DFE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Melindungi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keamanan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finansial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privasi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individu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serta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memb</w:t>
            </w:r>
            <w:r w:rsidRPr="002F59FA">
              <w:rPr>
                <w:sz w:val="16"/>
                <w:szCs w:val="16"/>
              </w:rPr>
              <w:t>atasi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akses</w:t>
            </w:r>
            <w:proofErr w:type="spellEnd"/>
            <w:r w:rsidRPr="002F59FA">
              <w:rPr>
                <w:sz w:val="16"/>
                <w:szCs w:val="16"/>
              </w:rPr>
              <w:t xml:space="preserve"> pada </w:t>
            </w:r>
            <w:proofErr w:type="spellStart"/>
            <w:r w:rsidRPr="002F59FA">
              <w:rPr>
                <w:sz w:val="16"/>
                <w:szCs w:val="16"/>
              </w:rPr>
              <w:t>pihak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berwenang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AF4536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finansial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tersebut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termasuk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rahasia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membutuhkan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perlindungan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1B229401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533C95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7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47F8D9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Identitas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pengadu</w:t>
            </w:r>
            <w:proofErr w:type="spellEnd"/>
            <w:r w:rsidRPr="002F59FA">
              <w:rPr>
                <w:sz w:val="16"/>
                <w:szCs w:val="16"/>
              </w:rPr>
              <w:t xml:space="preserve">, whistleblower, </w:t>
            </w:r>
            <w:proofErr w:type="spellStart"/>
            <w:r w:rsidRPr="002F59FA">
              <w:rPr>
                <w:sz w:val="16"/>
                <w:szCs w:val="16"/>
              </w:rPr>
              <w:t>saksi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pihak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memberikan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dalam</w:t>
            </w:r>
            <w:proofErr w:type="spellEnd"/>
            <w:r w:rsidRPr="002F59FA">
              <w:rPr>
                <w:sz w:val="16"/>
                <w:szCs w:val="16"/>
              </w:rPr>
              <w:t xml:space="preserve"> proses </w:t>
            </w:r>
            <w:proofErr w:type="spellStart"/>
            <w:r w:rsidRPr="002F59FA">
              <w:rPr>
                <w:sz w:val="16"/>
                <w:szCs w:val="16"/>
              </w:rPr>
              <w:t>pengaduan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2252B5" w14:textId="05F188C0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A Angka 2 </w:t>
            </w:r>
            <w:proofErr w:type="spellStart"/>
            <w:r w:rsidR="002F59FA" w:rsidRPr="002F59FA">
              <w:rPr>
                <w:sz w:val="16"/>
                <w:szCs w:val="16"/>
              </w:rPr>
              <w:t>Untuk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Perkara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Terkait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Penegakan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Hukum,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Dan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J;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>35-36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CBB43C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memicu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intimidasi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tekanan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pembalasan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konflik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risiko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keamanan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bagi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pelapor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saksi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serta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mengh</w:t>
            </w:r>
            <w:r w:rsidRPr="002F59FA">
              <w:rPr>
                <w:sz w:val="16"/>
                <w:szCs w:val="16"/>
              </w:rPr>
              <w:t>ambat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efektivitas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mekanisme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pengaduan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CE2A68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Melindungi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pelapor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saksi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menjaga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integritas</w:t>
            </w:r>
            <w:proofErr w:type="spellEnd"/>
            <w:r w:rsidRPr="002F59FA">
              <w:rPr>
                <w:sz w:val="16"/>
                <w:szCs w:val="16"/>
              </w:rPr>
              <w:t xml:space="preserve"> proses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serta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keberanian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masyarakat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menyampaikan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dugaan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pelanggaran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3D8BA1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perlindungan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identitas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diperlukan</w:t>
            </w:r>
            <w:proofErr w:type="spellEnd"/>
            <w:r w:rsidRPr="002F59FA">
              <w:rPr>
                <w:sz w:val="16"/>
                <w:szCs w:val="16"/>
              </w:rPr>
              <w:t xml:space="preserve">; </w:t>
            </w:r>
            <w:proofErr w:type="spellStart"/>
            <w:r w:rsidRPr="002F59FA">
              <w:rPr>
                <w:sz w:val="16"/>
                <w:szCs w:val="16"/>
              </w:rPr>
              <w:t>untuk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perkara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penegakan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hukum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mengikuti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j</w:t>
            </w:r>
            <w:r w:rsidRPr="002F59FA">
              <w:rPr>
                <w:sz w:val="16"/>
                <w:szCs w:val="16"/>
              </w:rPr>
              <w:t>angka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waktu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sesuai</w:t>
            </w:r>
            <w:proofErr w:type="spellEnd"/>
            <w:r w:rsidRPr="002F59FA">
              <w:rPr>
                <w:sz w:val="16"/>
                <w:szCs w:val="16"/>
              </w:rPr>
              <w:t xml:space="preserve"> PP 61/2010.</w:t>
            </w:r>
          </w:p>
        </w:tc>
      </w:tr>
      <w:tr w:rsidR="008350FA" w14:paraId="32164614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94AF3A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8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12F4C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Berkas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pembinaan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disiplin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investigasi</w:t>
            </w:r>
            <w:proofErr w:type="spellEnd"/>
            <w:r w:rsidRPr="002F59FA">
              <w:rPr>
                <w:sz w:val="16"/>
                <w:szCs w:val="16"/>
              </w:rPr>
              <w:t xml:space="preserve"> individual yang </w:t>
            </w:r>
            <w:proofErr w:type="spellStart"/>
            <w:r w:rsidRPr="002F59FA">
              <w:rPr>
                <w:sz w:val="16"/>
                <w:szCs w:val="16"/>
              </w:rPr>
              <w:t>prosesnya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belum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selesai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452C51" w14:textId="77EA9C68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Angka 4 Dan/</w:t>
            </w:r>
            <w:proofErr w:type="spellStart"/>
            <w:r w:rsidR="002F59FA" w:rsidRPr="002F59FA">
              <w:rPr>
                <w:sz w:val="16"/>
                <w:szCs w:val="16"/>
              </w:rPr>
              <w:t>Atau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5; </w:t>
            </w:r>
            <w:proofErr w:type="spellStart"/>
            <w:r w:rsidR="002F59FA" w:rsidRPr="002F59FA">
              <w:rPr>
                <w:sz w:val="16"/>
                <w:szCs w:val="16"/>
              </w:rPr>
              <w:t>Bila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Terkait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Penegakan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Hukum </w:t>
            </w:r>
            <w:proofErr w:type="spellStart"/>
            <w:r w:rsidR="002F59FA" w:rsidRPr="002F59FA">
              <w:rPr>
                <w:sz w:val="16"/>
                <w:szCs w:val="16"/>
              </w:rPr>
              <w:t>Dapat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Pula </w:t>
            </w:r>
            <w:proofErr w:type="spellStart"/>
            <w:r w:rsidR="002F59FA" w:rsidRPr="002F59FA">
              <w:rPr>
                <w:sz w:val="16"/>
                <w:szCs w:val="16"/>
              </w:rPr>
              <w:t>Berlaku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A;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>36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1F7D8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Pengungkapan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prematur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mengganggu</w:t>
            </w:r>
            <w:proofErr w:type="spellEnd"/>
            <w:r w:rsidRPr="002F59FA">
              <w:rPr>
                <w:sz w:val="16"/>
                <w:szCs w:val="16"/>
              </w:rPr>
              <w:t xml:space="preserve"> proses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menimbulkan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penghakiman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sebelum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ada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hasil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definitif</w:t>
            </w:r>
            <w:proofErr w:type="spellEnd"/>
            <w:r w:rsidRPr="002F59FA">
              <w:rPr>
                <w:sz w:val="16"/>
                <w:szCs w:val="16"/>
              </w:rPr>
              <w:t xml:space="preserve">, dan </w:t>
            </w:r>
            <w:proofErr w:type="spellStart"/>
            <w:r w:rsidRPr="002F59FA">
              <w:rPr>
                <w:sz w:val="16"/>
                <w:szCs w:val="16"/>
              </w:rPr>
              <w:t>membuka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 para </w:t>
            </w:r>
            <w:proofErr w:type="spellStart"/>
            <w:r w:rsidRPr="002F59FA">
              <w:rPr>
                <w:sz w:val="16"/>
                <w:szCs w:val="16"/>
              </w:rPr>
              <w:t>pihak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DD9D5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Menjaga</w:t>
            </w:r>
            <w:proofErr w:type="spellEnd"/>
            <w:r w:rsidRPr="002F59FA">
              <w:rPr>
                <w:sz w:val="16"/>
                <w:szCs w:val="16"/>
              </w:rPr>
              <w:t xml:space="preserve"> fairness proses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serta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melindungi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pihak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diperiksa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saksi</w:t>
            </w:r>
            <w:proofErr w:type="spellEnd"/>
            <w:r w:rsidRPr="002F59FA">
              <w:rPr>
                <w:sz w:val="16"/>
                <w:szCs w:val="16"/>
              </w:rPr>
              <w:t xml:space="preserve">, dan </w:t>
            </w:r>
            <w:proofErr w:type="spellStart"/>
            <w:r w:rsidRPr="002F59FA">
              <w:rPr>
                <w:sz w:val="16"/>
                <w:szCs w:val="16"/>
              </w:rPr>
              <w:t>pih</w:t>
            </w:r>
            <w:r w:rsidRPr="002F59FA">
              <w:rPr>
                <w:sz w:val="16"/>
                <w:szCs w:val="16"/>
              </w:rPr>
              <w:t>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terkait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sampai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hasil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sah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AA9B58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proses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berlangsung</w:t>
            </w:r>
            <w:proofErr w:type="spellEnd"/>
            <w:r w:rsidRPr="002F59FA">
              <w:rPr>
                <w:sz w:val="16"/>
                <w:szCs w:val="16"/>
              </w:rPr>
              <w:t xml:space="preserve">; </w:t>
            </w:r>
            <w:proofErr w:type="spellStart"/>
            <w:r w:rsidRPr="002F59FA">
              <w:rPr>
                <w:sz w:val="16"/>
                <w:szCs w:val="16"/>
              </w:rPr>
              <w:t>setelah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selesai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dilakukan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penilaian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ulang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bagian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tetap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bersifat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tetap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dikecualikan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0AA7C260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8B2F34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9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9EB1BC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Kertas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kerja</w:t>
            </w:r>
            <w:proofErr w:type="spellEnd"/>
            <w:r w:rsidRPr="002F59FA">
              <w:rPr>
                <w:sz w:val="16"/>
                <w:szCs w:val="16"/>
              </w:rPr>
              <w:t xml:space="preserve"> audit, </w:t>
            </w:r>
            <w:proofErr w:type="spellStart"/>
            <w:r w:rsidRPr="002F59FA">
              <w:rPr>
                <w:sz w:val="16"/>
                <w:szCs w:val="16"/>
              </w:rPr>
              <w:t>reviu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investigasi</w:t>
            </w:r>
            <w:proofErr w:type="spellEnd"/>
            <w:r w:rsidRPr="002F59FA">
              <w:rPr>
                <w:sz w:val="16"/>
                <w:szCs w:val="16"/>
              </w:rPr>
              <w:t xml:space="preserve"> internal yang</w:t>
            </w:r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prosesnya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belum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selesai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termasuk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catatan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pemeriksa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bahan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analisis</w:t>
            </w:r>
            <w:proofErr w:type="spellEnd"/>
            <w:r w:rsidRPr="002F59FA">
              <w:rPr>
                <w:sz w:val="16"/>
                <w:szCs w:val="16"/>
              </w:rPr>
              <w:t xml:space="preserve"> internal</w:t>
            </w:r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155CF3" w14:textId="5BBB40F2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I; </w:t>
            </w:r>
            <w:proofErr w:type="spellStart"/>
            <w:r w:rsidR="002F59FA" w:rsidRPr="002F59FA">
              <w:rPr>
                <w:sz w:val="16"/>
                <w:szCs w:val="16"/>
              </w:rPr>
              <w:t>Bila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Memuat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Data Personal </w:t>
            </w:r>
            <w:proofErr w:type="spellStart"/>
            <w:r w:rsidR="002F59FA" w:rsidRPr="002F59FA">
              <w:rPr>
                <w:sz w:val="16"/>
                <w:szCs w:val="16"/>
              </w:rPr>
              <w:t>Berlaku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Pula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43/2009 </w:t>
            </w:r>
            <w:proofErr w:type="spellStart"/>
            <w:r w:rsidR="002F59FA" w:rsidRPr="002F59FA">
              <w:rPr>
                <w:sz w:val="16"/>
                <w:szCs w:val="16"/>
              </w:rPr>
              <w:t>Tentang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Kearsipan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44 Ayat (1)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Dan I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9BC671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memengaruhi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independen</w:t>
            </w:r>
            <w:r w:rsidRPr="002F59FA">
              <w:rPr>
                <w:sz w:val="16"/>
                <w:szCs w:val="16"/>
              </w:rPr>
              <w:t>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memungkinkan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pihak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tertentu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mengantisipasi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langkah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pemeriksa</w:t>
            </w:r>
            <w:proofErr w:type="spellEnd"/>
            <w:r w:rsidRPr="002F59FA">
              <w:rPr>
                <w:sz w:val="16"/>
                <w:szCs w:val="16"/>
              </w:rPr>
              <w:t xml:space="preserve">, dan </w:t>
            </w:r>
            <w:proofErr w:type="spellStart"/>
            <w:r w:rsidRPr="002F59FA">
              <w:rPr>
                <w:sz w:val="16"/>
                <w:szCs w:val="16"/>
              </w:rPr>
              <w:t>mengungkap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analisis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dugaan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belum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terverifikasi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18DA1B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Menjaga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integritas</w:t>
            </w:r>
            <w:proofErr w:type="spellEnd"/>
            <w:r w:rsidRPr="002F59FA">
              <w:rPr>
                <w:sz w:val="16"/>
                <w:szCs w:val="16"/>
              </w:rPr>
              <w:t xml:space="preserve"> proses </w:t>
            </w:r>
            <w:proofErr w:type="spellStart"/>
            <w:r w:rsidRPr="002F59FA">
              <w:rPr>
                <w:sz w:val="16"/>
                <w:szCs w:val="16"/>
              </w:rPr>
              <w:t>pengawasan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memastikan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kesimpulan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disampaikan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setelah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prosedur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selesai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741DCB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Sampai</w:t>
            </w:r>
            <w:proofErr w:type="spellEnd"/>
            <w:r w:rsidRPr="002F59FA">
              <w:rPr>
                <w:sz w:val="16"/>
                <w:szCs w:val="16"/>
              </w:rPr>
              <w:t xml:space="preserve"> proses audit/</w:t>
            </w:r>
            <w:proofErr w:type="spellStart"/>
            <w:r w:rsidRPr="002F59FA">
              <w:rPr>
                <w:sz w:val="16"/>
                <w:szCs w:val="16"/>
              </w:rPr>
              <w:t>reviu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pemeriksaan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selesai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hasilnya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ditetapkan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lalu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dilakukan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penilaian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ulang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terhadap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bagian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perlu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dirahasiakan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0BC59F73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D8973E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10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2F127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Memorandum, nota internal,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korespondensi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antarunit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antar</w:t>
            </w:r>
            <w:proofErr w:type="spellEnd"/>
            <w:r w:rsidRPr="002F59FA">
              <w:rPr>
                <w:sz w:val="16"/>
                <w:szCs w:val="16"/>
              </w:rPr>
              <w:t xml:space="preserve">-Badan </w:t>
            </w:r>
            <w:proofErr w:type="spellStart"/>
            <w:r w:rsidRPr="002F59FA">
              <w:rPr>
                <w:sz w:val="16"/>
                <w:szCs w:val="16"/>
              </w:rPr>
              <w:t>Publik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menurut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sifatn</w:t>
            </w:r>
            <w:r w:rsidRPr="002F59FA">
              <w:rPr>
                <w:sz w:val="16"/>
                <w:szCs w:val="16"/>
              </w:rPr>
              <w:t>ya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memang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perlu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dirahasiakan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E4637A" w14:textId="6E62941B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I; </w:t>
            </w:r>
            <w:r w:rsidRPr="002F59FA">
              <w:rPr>
                <w:sz w:val="16"/>
                <w:szCs w:val="16"/>
              </w:rPr>
              <w:t xml:space="preserve">PP </w:t>
            </w:r>
            <w:r w:rsidR="002F59FA" w:rsidRPr="002F59FA">
              <w:rPr>
                <w:sz w:val="16"/>
                <w:szCs w:val="16"/>
              </w:rPr>
              <w:t xml:space="preserve">61/2010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9;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43/2009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44 Ayat (1)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I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93016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mengganggu</w:t>
            </w:r>
            <w:proofErr w:type="spellEnd"/>
            <w:r w:rsidRPr="002F59FA">
              <w:rPr>
                <w:sz w:val="16"/>
                <w:szCs w:val="16"/>
              </w:rPr>
              <w:t xml:space="preserve"> proses </w:t>
            </w:r>
            <w:proofErr w:type="spellStart"/>
            <w:r w:rsidRPr="002F59FA">
              <w:rPr>
                <w:sz w:val="16"/>
                <w:szCs w:val="16"/>
              </w:rPr>
              <w:t>deliberasi</w:t>
            </w:r>
            <w:proofErr w:type="spellEnd"/>
            <w:r w:rsidRPr="002F59FA">
              <w:rPr>
                <w:sz w:val="16"/>
                <w:szCs w:val="16"/>
              </w:rPr>
              <w:t xml:space="preserve"> internal, </w:t>
            </w:r>
            <w:proofErr w:type="spellStart"/>
            <w:r w:rsidRPr="002F59FA">
              <w:rPr>
                <w:sz w:val="16"/>
                <w:szCs w:val="16"/>
              </w:rPr>
              <w:t>membuka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sementara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belum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menjadi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keputusan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mengungkap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lain yang </w:t>
            </w:r>
            <w:proofErr w:type="spellStart"/>
            <w:r w:rsidRPr="002F59FA">
              <w:rPr>
                <w:sz w:val="16"/>
                <w:szCs w:val="16"/>
              </w:rPr>
              <w:t>dil</w:t>
            </w:r>
            <w:r w:rsidRPr="002F59FA">
              <w:rPr>
                <w:sz w:val="16"/>
                <w:szCs w:val="16"/>
              </w:rPr>
              <w:t>indungi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6A3FE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Memberi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ruang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bagi</w:t>
            </w:r>
            <w:proofErr w:type="spellEnd"/>
            <w:r w:rsidRPr="002F59FA">
              <w:rPr>
                <w:sz w:val="16"/>
                <w:szCs w:val="16"/>
              </w:rPr>
              <w:t xml:space="preserve"> proses </w:t>
            </w:r>
            <w:proofErr w:type="spellStart"/>
            <w:r w:rsidRPr="002F59FA">
              <w:rPr>
                <w:sz w:val="16"/>
                <w:szCs w:val="16"/>
              </w:rPr>
              <w:t>perumusan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kebijakan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keputusan</w:t>
            </w:r>
            <w:proofErr w:type="spellEnd"/>
            <w:r w:rsidRPr="002F59FA">
              <w:rPr>
                <w:sz w:val="16"/>
                <w:szCs w:val="16"/>
              </w:rPr>
              <w:t xml:space="preserve"> internal </w:t>
            </w:r>
            <w:proofErr w:type="spellStart"/>
            <w:r w:rsidRPr="002F59FA">
              <w:rPr>
                <w:sz w:val="16"/>
                <w:szCs w:val="16"/>
              </w:rPr>
              <w:t>tanpa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mengurangi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kewajiban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membuka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keputusan</w:t>
            </w:r>
            <w:proofErr w:type="spellEnd"/>
            <w:r w:rsidRPr="002F59FA">
              <w:rPr>
                <w:sz w:val="16"/>
                <w:szCs w:val="16"/>
              </w:rPr>
              <w:t xml:space="preserve"> final yang </w:t>
            </w:r>
            <w:proofErr w:type="spellStart"/>
            <w:r w:rsidRPr="002F59FA">
              <w:rPr>
                <w:sz w:val="16"/>
                <w:szCs w:val="16"/>
              </w:rPr>
              <w:t>memang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bersifat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publik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0E259B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sifat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kerahasiaan</w:t>
            </w:r>
            <w:proofErr w:type="spellEnd"/>
            <w:r w:rsidRPr="002F59FA">
              <w:rPr>
                <w:sz w:val="16"/>
                <w:szCs w:val="16"/>
              </w:rPr>
              <w:t xml:space="preserve"> memorandum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relevan</w:t>
            </w:r>
            <w:proofErr w:type="spellEnd"/>
            <w:r w:rsidRPr="002F59FA">
              <w:rPr>
                <w:sz w:val="16"/>
                <w:szCs w:val="16"/>
              </w:rPr>
              <w:t xml:space="preserve">; </w:t>
            </w:r>
            <w:proofErr w:type="spellStart"/>
            <w:r w:rsidRPr="002F59FA">
              <w:rPr>
                <w:sz w:val="16"/>
                <w:szCs w:val="16"/>
              </w:rPr>
              <w:t>tidak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berlaku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otomatis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untuk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seluruh</w:t>
            </w:r>
            <w:proofErr w:type="spellEnd"/>
            <w:r w:rsidRPr="002F59FA">
              <w:rPr>
                <w:sz w:val="16"/>
                <w:szCs w:val="16"/>
              </w:rPr>
              <w:t xml:space="preserve"> nota </w:t>
            </w:r>
            <w:proofErr w:type="spellStart"/>
            <w:r w:rsidRPr="002F59FA">
              <w:rPr>
                <w:sz w:val="16"/>
                <w:szCs w:val="16"/>
              </w:rPr>
              <w:t>dinas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ata</w:t>
            </w:r>
            <w:r w:rsidRPr="002F59FA">
              <w:rPr>
                <w:sz w:val="16"/>
                <w:szCs w:val="16"/>
              </w:rPr>
              <w:t>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korespondensi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4EE26BD7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82C73C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221513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Soal</w:t>
            </w:r>
            <w:proofErr w:type="spellEnd"/>
            <w:r w:rsidRPr="002F59FA">
              <w:rPr>
                <w:sz w:val="16"/>
                <w:szCs w:val="16"/>
              </w:rPr>
              <w:t xml:space="preserve">, bank </w:t>
            </w:r>
            <w:proofErr w:type="spellStart"/>
            <w:r w:rsidRPr="002F59FA">
              <w:rPr>
                <w:sz w:val="16"/>
                <w:szCs w:val="16"/>
              </w:rPr>
              <w:t>soal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kunci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jawaban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perangkat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ujian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seleksi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aktif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belum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ditetapkan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untuk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publikasi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8F504B" w14:textId="14D7C873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B;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28/2014 </w:t>
            </w:r>
            <w:proofErr w:type="spellStart"/>
            <w:r w:rsidR="002F59FA" w:rsidRPr="002F59FA">
              <w:rPr>
                <w:sz w:val="16"/>
                <w:szCs w:val="16"/>
              </w:rPr>
              <w:t>Tentang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Cipta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8 Dan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>9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0837A6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memberi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keuntungan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tidak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wajar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kepad</w:t>
            </w:r>
            <w:r w:rsidRPr="002F59FA">
              <w:rPr>
                <w:sz w:val="16"/>
                <w:szCs w:val="16"/>
              </w:rPr>
              <w:t>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peserta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tertentu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menurunkan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validitas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instrumen</w:t>
            </w:r>
            <w:proofErr w:type="spellEnd"/>
            <w:r w:rsidRPr="002F59FA">
              <w:rPr>
                <w:sz w:val="16"/>
                <w:szCs w:val="16"/>
              </w:rPr>
              <w:t xml:space="preserve">, dan </w:t>
            </w:r>
            <w:proofErr w:type="spellStart"/>
            <w:r w:rsidRPr="002F59FA">
              <w:rPr>
                <w:sz w:val="16"/>
                <w:szCs w:val="16"/>
              </w:rPr>
              <w:t>memungkinkan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penggandaan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distribusi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tanpa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B8C15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Menjaga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integritas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evaluasi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kesetaraan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peserta</w:t>
            </w:r>
            <w:proofErr w:type="spellEnd"/>
            <w:r w:rsidRPr="002F59FA">
              <w:rPr>
                <w:sz w:val="16"/>
                <w:szCs w:val="16"/>
              </w:rPr>
              <w:t xml:space="preserve">, dan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pencipta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pemegang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atas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materi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ujian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49E4FD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Selama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instrumen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masih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digunakan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direncanakan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digunakan</w:t>
            </w:r>
            <w:proofErr w:type="spellEnd"/>
            <w:r w:rsidRPr="002F59FA">
              <w:rPr>
                <w:sz w:val="16"/>
                <w:szCs w:val="16"/>
              </w:rPr>
              <w:t xml:space="preserve">; </w:t>
            </w:r>
            <w:proofErr w:type="spellStart"/>
            <w:r w:rsidRPr="002F59FA">
              <w:rPr>
                <w:sz w:val="16"/>
                <w:szCs w:val="16"/>
              </w:rPr>
              <w:t>setelah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tidak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aktif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dilakukan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penilaian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ulang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dengan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tetap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memperhatikan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cipta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7BBF751B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F4FFE35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12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D80EB3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Proposal </w:t>
            </w:r>
            <w:proofErr w:type="spellStart"/>
            <w:r w:rsidRPr="002F59FA">
              <w:rPr>
                <w:sz w:val="16"/>
                <w:szCs w:val="16"/>
              </w:rPr>
              <w:t>penelitian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belum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dipublikasikan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rancangan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metodologi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orisinal</w:t>
            </w:r>
            <w:proofErr w:type="spellEnd"/>
            <w:r w:rsidRPr="002F59FA">
              <w:rPr>
                <w:sz w:val="16"/>
                <w:szCs w:val="16"/>
              </w:rPr>
              <w:t xml:space="preserve">, data </w:t>
            </w:r>
            <w:proofErr w:type="spellStart"/>
            <w:r w:rsidRPr="002F59FA">
              <w:rPr>
                <w:sz w:val="16"/>
                <w:szCs w:val="16"/>
              </w:rPr>
              <w:t>penelitian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mentah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tertentu</w:t>
            </w:r>
            <w:proofErr w:type="spellEnd"/>
            <w:r w:rsidRPr="002F59FA">
              <w:rPr>
                <w:sz w:val="16"/>
                <w:szCs w:val="16"/>
              </w:rPr>
              <w:t xml:space="preserve">, dan </w:t>
            </w:r>
            <w:proofErr w:type="spellStart"/>
            <w:r w:rsidRPr="002F59FA">
              <w:rPr>
                <w:sz w:val="16"/>
                <w:szCs w:val="16"/>
              </w:rPr>
              <w:t>bahan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penelitian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memuat</w:t>
            </w:r>
            <w:proofErr w:type="spellEnd"/>
            <w:r w:rsidRPr="002F59FA">
              <w:rPr>
                <w:sz w:val="16"/>
                <w:szCs w:val="16"/>
              </w:rPr>
              <w:t xml:space="preserve"> HKI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dat</w:t>
            </w:r>
            <w:r w:rsidRPr="002F59FA">
              <w:rPr>
                <w:sz w:val="16"/>
                <w:szCs w:val="16"/>
              </w:rPr>
              <w:t xml:space="preserve">a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89B87" w14:textId="0C405B3F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B,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H Dan/</w:t>
            </w:r>
            <w:proofErr w:type="spellStart"/>
            <w:r w:rsidR="002F59FA" w:rsidRPr="002F59FA">
              <w:rPr>
                <w:sz w:val="16"/>
                <w:szCs w:val="16"/>
              </w:rPr>
              <w:t>Atau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J;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28/2014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8-9;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="002F59FA" w:rsidRPr="002F59FA">
              <w:rPr>
                <w:sz w:val="16"/>
                <w:szCs w:val="16"/>
              </w:rPr>
              <w:t>Untuk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Data </w:t>
            </w:r>
            <w:proofErr w:type="spellStart"/>
            <w:r w:rsidR="002F59FA" w:rsidRPr="002F59FA">
              <w:rPr>
                <w:sz w:val="16"/>
                <w:szCs w:val="16"/>
              </w:rPr>
              <w:t>Pribadi</w:t>
            </w:r>
            <w:proofErr w:type="spellEnd"/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33743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Dapat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memungkinkan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pengambilan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gagasan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metode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secara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tidak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sah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mengganggu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prioritas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publikasi</w:t>
            </w:r>
            <w:proofErr w:type="spellEnd"/>
            <w:r w:rsidRPr="002F59FA">
              <w:rPr>
                <w:sz w:val="16"/>
                <w:szCs w:val="16"/>
              </w:rPr>
              <w:t xml:space="preserve">/HKI,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mengungkap</w:t>
            </w:r>
            <w:proofErr w:type="spellEnd"/>
            <w:r w:rsidRPr="002F59FA">
              <w:rPr>
                <w:sz w:val="16"/>
                <w:szCs w:val="16"/>
              </w:rPr>
              <w:t xml:space="preserve"> data </w:t>
            </w:r>
            <w:proofErr w:type="spellStart"/>
            <w:r w:rsidRPr="002F59FA">
              <w:rPr>
                <w:sz w:val="16"/>
                <w:szCs w:val="16"/>
              </w:rPr>
              <w:t>subjek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penelitian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sebelum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anonimisasi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FE4AA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Melindungi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peneliti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kepentingan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publikasi</w:t>
            </w:r>
            <w:proofErr w:type="spellEnd"/>
            <w:r w:rsidRPr="002F59FA">
              <w:rPr>
                <w:sz w:val="16"/>
                <w:szCs w:val="16"/>
              </w:rPr>
              <w:t xml:space="preserve">/HKI, </w:t>
            </w:r>
            <w:proofErr w:type="spellStart"/>
            <w:r w:rsidRPr="002F59FA">
              <w:rPr>
                <w:sz w:val="16"/>
                <w:szCs w:val="16"/>
              </w:rPr>
              <w:t>serta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keamanan</w:t>
            </w:r>
            <w:proofErr w:type="spellEnd"/>
            <w:r w:rsidRPr="002F59FA">
              <w:rPr>
                <w:sz w:val="16"/>
                <w:szCs w:val="16"/>
              </w:rPr>
              <w:t xml:space="preserve"> dan </w:t>
            </w:r>
            <w:proofErr w:type="spellStart"/>
            <w:r w:rsidRPr="002F59FA">
              <w:rPr>
                <w:sz w:val="16"/>
                <w:szCs w:val="16"/>
              </w:rPr>
              <w:t>privasi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subjek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penelitian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2DF5B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proofErr w:type="spellStart"/>
            <w:r w:rsidRPr="002F59FA">
              <w:rPr>
                <w:sz w:val="16"/>
                <w:szCs w:val="16"/>
              </w:rPr>
              <w:t>Sampai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karya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dipublikasikan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perlindungan</w:t>
            </w:r>
            <w:proofErr w:type="spellEnd"/>
            <w:r w:rsidRPr="002F59FA">
              <w:rPr>
                <w:sz w:val="16"/>
                <w:szCs w:val="16"/>
              </w:rPr>
              <w:t xml:space="preserve"> HKI </w:t>
            </w:r>
            <w:proofErr w:type="spellStart"/>
            <w:r w:rsidRPr="002F59FA">
              <w:rPr>
                <w:sz w:val="16"/>
                <w:szCs w:val="16"/>
              </w:rPr>
              <w:t>dipenuhi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pemilik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hak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memberi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izin</w:t>
            </w:r>
            <w:proofErr w:type="spellEnd"/>
            <w:r w:rsidRPr="002F59FA">
              <w:rPr>
                <w:sz w:val="16"/>
                <w:szCs w:val="16"/>
              </w:rPr>
              <w:t xml:space="preserve">; data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tetap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mengikuti</w:t>
            </w:r>
            <w:proofErr w:type="spellEnd"/>
            <w:r w:rsidRPr="002F59FA">
              <w:rPr>
                <w:sz w:val="16"/>
                <w:szCs w:val="16"/>
              </w:rPr>
              <w:t xml:space="preserve"> masa </w:t>
            </w:r>
            <w:proofErr w:type="spellStart"/>
            <w:r w:rsidRPr="002F59FA">
              <w:rPr>
                <w:sz w:val="16"/>
                <w:szCs w:val="16"/>
              </w:rPr>
              <w:t>perli</w:t>
            </w:r>
            <w:r w:rsidRPr="002F59FA">
              <w:rPr>
                <w:sz w:val="16"/>
                <w:szCs w:val="16"/>
              </w:rPr>
              <w:t>ndungannya</w:t>
            </w:r>
            <w:proofErr w:type="spellEnd"/>
            <w:r w:rsidRPr="002F59FA">
              <w:rPr>
                <w:sz w:val="16"/>
                <w:szCs w:val="16"/>
              </w:rPr>
              <w:t>.</w:t>
            </w:r>
          </w:p>
        </w:tc>
      </w:tr>
      <w:tr w:rsidR="008350FA" w14:paraId="40B9BD87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FC7ED9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13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9B365B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Bagian </w:t>
            </w:r>
            <w:proofErr w:type="spellStart"/>
            <w:r w:rsidRPr="002F59FA">
              <w:rPr>
                <w:sz w:val="16"/>
                <w:szCs w:val="16"/>
              </w:rPr>
              <w:t>tertentu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dokumen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penawaran</w:t>
            </w:r>
            <w:proofErr w:type="spellEnd"/>
            <w:r w:rsidRPr="002F59FA">
              <w:rPr>
                <w:sz w:val="16"/>
                <w:szCs w:val="16"/>
              </w:rPr>
              <w:t>/</w:t>
            </w:r>
            <w:proofErr w:type="spellStart"/>
            <w:r w:rsidRPr="002F59FA">
              <w:rPr>
                <w:sz w:val="16"/>
                <w:szCs w:val="16"/>
              </w:rPr>
              <w:t>kontrak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penyedia</w:t>
            </w:r>
            <w:proofErr w:type="spellEnd"/>
            <w:r w:rsidRPr="002F59FA">
              <w:rPr>
                <w:sz w:val="16"/>
                <w:szCs w:val="16"/>
              </w:rPr>
              <w:t xml:space="preserve"> yang </w:t>
            </w:r>
            <w:proofErr w:type="spellStart"/>
            <w:r w:rsidRPr="002F59FA">
              <w:rPr>
                <w:sz w:val="16"/>
                <w:szCs w:val="16"/>
              </w:rPr>
              <w:t>benar-benar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mengandung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rahasia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dagang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metode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usaha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informasi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teknis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bernilai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ekonomi</w:t>
            </w:r>
            <w:proofErr w:type="spellEnd"/>
            <w:r w:rsidRPr="002F59FA">
              <w:rPr>
                <w:sz w:val="16"/>
                <w:szCs w:val="16"/>
              </w:rPr>
              <w:t xml:space="preserve">, </w:t>
            </w:r>
            <w:proofErr w:type="spellStart"/>
            <w:r w:rsidRPr="002F59FA">
              <w:rPr>
                <w:sz w:val="16"/>
                <w:szCs w:val="16"/>
              </w:rPr>
              <w:t>atau</w:t>
            </w:r>
            <w:proofErr w:type="spellEnd"/>
            <w:r w:rsidRPr="002F59FA">
              <w:rPr>
                <w:sz w:val="16"/>
                <w:szCs w:val="16"/>
              </w:rPr>
              <w:t xml:space="preserve"> data </w:t>
            </w:r>
            <w:proofErr w:type="spellStart"/>
            <w:r w:rsidRPr="002F59FA">
              <w:rPr>
                <w:sz w:val="16"/>
                <w:szCs w:val="16"/>
              </w:rPr>
              <w:t>pribadi</w:t>
            </w:r>
            <w:proofErr w:type="spellEnd"/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810DB6" w14:textId="041AA173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B Dan/</w:t>
            </w:r>
            <w:proofErr w:type="spellStart"/>
            <w:r w:rsidR="002F59FA" w:rsidRPr="002F59FA">
              <w:rPr>
                <w:sz w:val="16"/>
                <w:szCs w:val="16"/>
              </w:rPr>
              <w:t>Atau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J;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30/2000 </w:t>
            </w:r>
            <w:proofErr w:type="spellStart"/>
            <w:r w:rsidR="002F59FA" w:rsidRPr="002F59FA">
              <w:rPr>
                <w:sz w:val="16"/>
                <w:szCs w:val="16"/>
              </w:rPr>
              <w:t>Tentang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Rahasia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Dagan</w:t>
            </w:r>
            <w:r w:rsidRPr="002F59FA">
              <w:rPr>
                <w:sz w:val="16"/>
                <w:szCs w:val="16"/>
              </w:rPr>
              <w:t>g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2 Dan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3;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="002F59FA" w:rsidRPr="002F59FA">
              <w:rPr>
                <w:sz w:val="16"/>
                <w:szCs w:val="16"/>
              </w:rPr>
              <w:t>Untuk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Data </w:t>
            </w:r>
            <w:proofErr w:type="spellStart"/>
            <w:r w:rsidR="002F59FA" w:rsidRPr="002F59FA">
              <w:rPr>
                <w:sz w:val="16"/>
                <w:szCs w:val="16"/>
              </w:rPr>
              <w:t>Pribadi</w:t>
            </w:r>
            <w:proofErr w:type="spellEnd"/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F7D1FD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Dapat membuka strategi usaha, metode teknis, atau informasi bisnis bernilai ekonomi serta merugikan posisi kompetitif pihak terkait.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3FACB5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Menjaga transparansi pengadaan tanpa menghilangkan perlindungan atas r</w:t>
            </w:r>
            <w:r w:rsidRPr="002F59FA">
              <w:rPr>
                <w:sz w:val="16"/>
                <w:szCs w:val="16"/>
              </w:rPr>
              <w:t>ahasia dagang dan data pribadi yang sah.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D14E6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Selama informasi memenuhi kriteria rahasia dagang atau masa perlindungan masih berlaku; bagian dokumen lain yang tidak rahasia tetap dapat dibuka.</w:t>
            </w:r>
          </w:p>
        </w:tc>
      </w:tr>
      <w:tr w:rsidR="008350FA" w14:paraId="190C80C2" w14:textId="77777777" w:rsidTr="002F59FA">
        <w:trPr>
          <w:jc w:val="center"/>
        </w:trPr>
        <w:tc>
          <w:tcPr>
            <w:tcW w:w="5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A8C467" w14:textId="77777777" w:rsidR="008350FA" w:rsidRPr="002F59FA" w:rsidRDefault="005A06A3" w:rsidP="002F59FA">
            <w:pPr>
              <w:jc w:val="center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14</w:t>
            </w:r>
          </w:p>
        </w:tc>
        <w:tc>
          <w:tcPr>
            <w:tcW w:w="1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836D85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Kredensial dan informasi keamanan sistem, termasuk kata sandi, p</w:t>
            </w:r>
            <w:r w:rsidRPr="002F59FA">
              <w:rPr>
                <w:sz w:val="16"/>
                <w:szCs w:val="16"/>
              </w:rPr>
              <w:t>rivate key, token akses, API secret, kredensial basis data/backup, dan rincian kerentanan yang belum ditangani</w:t>
            </w:r>
          </w:p>
        </w:tc>
        <w:tc>
          <w:tcPr>
            <w:tcW w:w="25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0D79CF" w14:textId="4DB6442E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14/2008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17 </w:t>
            </w:r>
            <w:proofErr w:type="spellStart"/>
            <w:r w:rsidR="002F59FA" w:rsidRPr="002F59FA">
              <w:rPr>
                <w:sz w:val="16"/>
                <w:szCs w:val="16"/>
              </w:rPr>
              <w:t>Huruf</w:t>
            </w:r>
            <w:proofErr w:type="spellEnd"/>
            <w:r w:rsidR="002F59FA" w:rsidRPr="002F59FA">
              <w:rPr>
                <w:sz w:val="16"/>
                <w:szCs w:val="16"/>
              </w:rPr>
              <w:t xml:space="preserve"> J; </w:t>
            </w:r>
            <w:r w:rsidRPr="002F59FA">
              <w:rPr>
                <w:sz w:val="16"/>
                <w:szCs w:val="16"/>
              </w:rPr>
              <w:t xml:space="preserve">UU </w:t>
            </w:r>
            <w:r w:rsidR="002F59FA" w:rsidRPr="002F59FA">
              <w:rPr>
                <w:sz w:val="16"/>
                <w:szCs w:val="16"/>
              </w:rPr>
              <w:t xml:space="preserve">27/2022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35,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 xml:space="preserve">36, Dan </w:t>
            </w:r>
            <w:proofErr w:type="spellStart"/>
            <w:r w:rsidRPr="002F59FA">
              <w:rPr>
                <w:sz w:val="16"/>
                <w:szCs w:val="16"/>
              </w:rPr>
              <w:t>Pasal</w:t>
            </w:r>
            <w:proofErr w:type="spellEnd"/>
            <w:r w:rsidRPr="002F59FA">
              <w:rPr>
                <w:sz w:val="16"/>
                <w:szCs w:val="16"/>
              </w:rPr>
              <w:t xml:space="preserve"> </w:t>
            </w:r>
            <w:r w:rsidR="002F59FA" w:rsidRPr="002F59FA">
              <w:rPr>
                <w:sz w:val="16"/>
                <w:szCs w:val="16"/>
              </w:rPr>
              <w:t>39</w:t>
            </w:r>
          </w:p>
        </w:tc>
        <w:tc>
          <w:tcPr>
            <w:tcW w:w="30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06C2A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 xml:space="preserve">Dapat memfasilitasi akses tanpa hak, pengambilalihan akun, </w:t>
            </w:r>
            <w:r w:rsidRPr="002F59FA">
              <w:rPr>
                <w:sz w:val="16"/>
                <w:szCs w:val="16"/>
              </w:rPr>
              <w:t>pencurian atau perubahan data, serta gangguan terhadap layanan dan sistem.</w:t>
            </w:r>
          </w:p>
        </w:tc>
        <w:tc>
          <w:tcPr>
            <w:tcW w:w="27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66734F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Menjaga kontrol akses, kerahasiaan, integritas, dan ketersediaan sistem serta mencegah insiden keamanan informasi.</w:t>
            </w:r>
          </w:p>
        </w:tc>
        <w:tc>
          <w:tcPr>
            <w:tcW w:w="22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627417" w14:textId="77777777" w:rsidR="008350FA" w:rsidRPr="002F59FA" w:rsidRDefault="005A06A3">
            <w:pPr>
              <w:jc w:val="both"/>
              <w:rPr>
                <w:sz w:val="16"/>
                <w:szCs w:val="16"/>
              </w:rPr>
            </w:pPr>
            <w:r w:rsidRPr="002F59FA">
              <w:rPr>
                <w:sz w:val="16"/>
                <w:szCs w:val="16"/>
              </w:rPr>
              <w:t>Selama kredensial/konfigurasi/kerentanan masih aktif atau relevan;</w:t>
            </w:r>
            <w:r w:rsidRPr="002F59FA">
              <w:rPr>
                <w:sz w:val="16"/>
                <w:szCs w:val="16"/>
              </w:rPr>
              <w:t xml:space="preserve"> setelah rotasi/perbaikan tetap dinilai kembali apakah informasi lama masih berisiko.</w:t>
            </w:r>
          </w:p>
        </w:tc>
      </w:tr>
    </w:tbl>
    <w:p w14:paraId="1184F7F9" w14:textId="6A1B5061" w:rsidR="008350FA" w:rsidRDefault="008350FA" w:rsidP="002F59FA"/>
    <w:sectPr w:rsidR="008350FA" w:rsidSect="002F59FA">
      <w:pgSz w:w="15840" w:h="12240" w:orient="landscape"/>
      <w:pgMar w:top="792" w:right="1080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59FA"/>
    <w:rsid w:val="00326F90"/>
    <w:rsid w:val="005A06A3"/>
    <w:rsid w:val="008350F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B9F212"/>
  <w14:defaultImageDpi w14:val="300"/>
  <w15:docId w15:val="{EF8A3296-DDEE-43D5-8CD0-2D3FEFFD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2026-10-06T09:14:00Z</dcterms:created>
  <dcterms:modified xsi:type="dcterms:W3CDTF">2026-10-06T09:14:00Z</dcterms:modified>
  <cp:category/>
</cp:coreProperties>
</file>